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2: Closing the Door - The Chinese Head Tax and the Komagata Maru</w:t>
      </w:r>
    </w:p>
    <w:p>
      <w:pPr>
        <w:spacing w:after="200"/>
        <w:jc w:val="center"/>
      </w:pPr>
      <w:r>
        <w:rPr>
          <w:b w:val="0"/>
          <w:i/>
          <w:sz w:val="20"/>
        </w:rPr>
        <w:t>5/6 Social Studies  -  Unfair by Law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What did the Chinese Head Tax do?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What happened in the Komagata Maru incident?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Why do you think Canada made these laws? Was it fair?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describe two policies that excluded immigrants.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